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הרכבת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הסדר הנכון של 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כרטיס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לאדם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יורדים בתחנה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שאפשר לנסוע מצפון עד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הרכבת עוצרת ביום שישי וחוזרת במוצאי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בכביש יש פקקים, ברכבת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סיפרה שקראה והסתכלה מהחלון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עולים לרכבת)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(הרבה מכוניות בכביש שמעכבות את הנסיעה)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(כרטיס לנסיעה ברכבת ובאוטובוס)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(נסיעה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שבו הרכבת עוצרת)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לפני נסיעה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טוענים את הכרטיס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לתחנת הרכבת ומסתכלים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הכרטיס בכניסה לרציף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 על הרכבת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לאן נסעו, מה ראו, איך הרגישו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ציפוי: מנהריה עד באר שבע, דרך חיפה, תל אביב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רב-קו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בתחנה הבאה ובודקים את הכיוון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התרגול, במיוחד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מפה פשוטה של קו הרכבת כדי להמחיש את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שימוש במילים החדשות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הרכבת בישראל: לאן היא נוסעת, מתי היא לא נוסעת, ואיך קונים כרטיס ועולים עליה בבטחה.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נמצאת העיר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הים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הרכבת לא נוסעת?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כרטיס צריך כדי לנסוע ברכבת?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רב-קו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נותנים מקום ברכבת?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לעובד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עולים על רכבת לא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יורדים בתחנה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הרכבת נוסעת מנהריה עד באר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הרכבת נוסעת כרגיל כמו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ברכבת יש פקקים כמו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רכבת קלה בירושלים ובאזור 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קראה ספר כשנסעה ברכבת.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__________ ברכבת בכל 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נסיעה אומרים: "__________ טובה!"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לעלות לרכבת צריך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מחכים לרכבת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מסע זה נסיעה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מכוניות בכביש שמעכבות את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נסיעה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עולים לרכבת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הרכבת עוצרת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לנסיעה ברכבת ובאוטובוס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לתחנת הרכבת ומסתכלים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על הרכבת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טוענים את הכרטיס רב-קו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הכרטיס בכניסה לרציף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איך הייתה הנסיעה שלכם ברכבת או באוטובוס? לאן נסעתם ומה ראיתם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אפשר לנסוע ברכבת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כרטיס צריך כדי לעלות לרכבת?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עולים לרכבת לא נכונה?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ברכבת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