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הרכבת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הסדר הנכון של 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כרטיס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לאדם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יורדים בתחנה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שאפשר לנסוע מצפון עד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הרכבת עוצרת ביום שישי וחוזרת במוצאי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בכביש יש פקקים, ברכבת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סיפרה שקראה והסתכלה מהחלון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עולים לרכבת)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(הרבה מכוניות בכביש שמעכבות את הנסיעה)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(כרטיס לנסיעה ברכבת ובאוטובוס)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(נסיעה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שבו הרכבת עוצרת)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לפני נסיעה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טוענים את הכרטיס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לתחנת הרכבת ומסתכלים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הכרטיס בכניסה לרציף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 על הרכבת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לאן נסעו, מה ראו, איך הרגישו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ציפוי: מנהריה עד באר שבע, דרך חיפה, תל אביב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רב-קו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בתחנה הבאה ובודקים את הכיוון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התרגול, במיוחד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מפה פשוטה של קו הרכבת כדי להמחיש את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שימוש במילים החדשות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הרכבת. איפה הרכבת נוסעת, ואיך קונים כרטיס ועולים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תחבורה שנוסע על פסים בין 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בתחנה שבו עולים לרכבת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רב-קו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שאפשר להשתמש בו ברכבת ובאוטובוס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פקקים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מכוניות בכביש, אי אפשר לנסוע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עיכוב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שהרכבת מאחרת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שנוסע ברכבת או באוטובוס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 הים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אין 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כרטיס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רב-קו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נותנים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לעובד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טועים ברכבת?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יורדים בתחנה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הרכבת נוסעת מנהריה עד באר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הרכבת נוסעת כרגיל כמו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ברכבת יש פקקים כמו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רכבת קלה בירושלים ובאזור 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קראה ספר כשנסעה ברכבת.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__________ ברכבת בכל 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נסיעה אומרים: "__________ טובה!"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לעלות לרכבת צריך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מחכים לרכבת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מסע זה נסיעה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נסיעה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הרכבת עוצרת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עולים לרכבת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לנסיעה ברכבת ובאוטובוס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הרבה מכוניות בכביש שמעכבות את הנסיעה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לתחנת הרכבת ומסתכלים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הכרטיס בכניסה לרציף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על הרכבת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טוענים את הכרטיס רב-קו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ספרו: איך הייתה הנסיעה שלכם ברכבת או באוטובוס? לאן נסעתם ומה ראיתם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אפשר לנסוע ברכבת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כרטיס צריך כדי לעלות לרכבת?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עולים לרכבת לא נכונה?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ברכבת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