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ברכבת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מידע עובדתי על הרכבת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וביטויים הקשורים לנסיעה ברכבת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הסדר הנכון של פעולות לפני נסיעה ברכבת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אומר שאפשר לנסוע מצפון עד דרום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נוסעים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נסיעה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(המקום שבו עולים לרכבת)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(כרטיס לנסיעה ברכבת ובאוטובוס)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שבו הרכבת עוצרת)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הפעולות לפני נסיעה ברכבת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טוענים את הכרטיס רב-קו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על הרכבת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לאן נסעו, מה ראו, איך הרגישו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ציפוי: מנהריה עד באר שבע, דרך חיפה, תל אביב וירושלים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רב-קו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יורדים בתחנה הבאה ובודקים את הכיוון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הטקסטים בקול לפני התרגול, במיוחד לתלמידים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מפה פשוטה של קו הרכבת כדי להמחיש את הערים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לעודד שימוש במילים החדשות שנלמדו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ברכבת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הרכבת בישראל: לאן היא נוסעת, מתי היא לא נוסעת, ואיך קונים כרטיס ועולים עליה בבטחה.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נסיעה  ·  נוסעים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נמצאת העיר נהריה?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יום הרכבת לא נוסעת?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ביום שישי בבוקר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הרכבת נוסעת מנהריה עד באר שבע.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רכבת קלה בירושלים ובאזור תל אביב.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אנחנו __________ ברכבת בכל בוקר.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נסיעה אומרים: "__________ טובה!"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רציף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שבו הרכבת עוצרת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כרטיס רב-קו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המקום שבו עולים לרכבת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כרטיס לנסיעה ברכבת ובאוטובוס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הפעולות לפני נסיעה ברכבת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עולים על הרכבת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טוענים את הכרטיס רב-קו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ספרו: איך הייתה הנסיעה שלכם ברכבת או באוטובוס? לאן נסעתם ומה ראיתם בדרך?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לאן אפשר לנסוע ברכבת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כרטיס צריך כדי לעלות לרכבת?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ברכבת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